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Полный официальный перевод на русский язык</w:t>
      </w:r>
    </w:p>
    <w:p>
      <w:r>
        <w:br/>
        <w:t>ОЛАЙИНКА ХАКИМ БАБАЛОЛА</w:t>
        <w:br/>
        <w:t>ПРЕЗИДЕНТСКОЕ ОБРАЩЕНИЕ 2026–2027</w:t>
        <w:br/>
        <w:br/>
        <w:t>12 января 2026 г.</w:t>
        <w:br/>
        <w:br/>
        <w:t>Доброе утро! Дорогие друзья и семья Rotary! Для меня большая честь приветствовать вас на Международной Ассамблее 2026 года и поздравить всех вас с избранием губернаторами округов.</w:t>
        <w:br/>
        <w:br/>
        <w:t>Мы собрали старших руководителей Rotary, сотрудников и выдающихся членов организации со всего мира, чтобы помочь вам подготовиться к предстоящему году. И пока мы все здесь вместе, я надеюсь, что вы воспользуетесь возможностью познакомиться со своими коллегами. Мы не можем в полной мере ощутить преимущества членства в Rotary, если не испытываем его международный характер. На этой неделе весь мир Rotary находится вокруг вас.</w:t>
        <w:br/>
        <w:br/>
        <w:t>Не упустите этот шанс. Знакомьтесь с людьми. Заводите друзей. Никогда не знаешь, к чему могут привести несколько добрых слов.</w:t>
        <w:br/>
        <w:br/>
        <w:t>Большинство ротарианцев, которых я встречаю, независимо от страны проживания, — добрые и счастливые люди, которые быстро становятся верными друзьями.</w:t>
        <w:br/>
        <w:br/>
        <w:t>Еще одно качество, которое нас объединяет, заключается в том, что Rotary изменил нас. Он сформировал нас такими, какие мы есть, и сделал нас лучше. Именно здесь начинается настоящее изменение — не только для тех, кому мы служим, но и для нас самих.</w:t>
        <w:br/>
        <w:br/>
        <w:t>Подумайте о нашем видении:</w:t>
        <w:br/>
        <w:t>«Вместе мы видим мир, в котором люди объединяются и действуют, чтобы создавать долгосрочные изменения — по всему миру, в наших сообществах и в нас самих».</w:t>
        <w:br/>
        <w:br/>
        <w:t>Мы часто говорим об изменении мира. Мы говорим об искоренении полиомиелита, о построении мира. Мы говорим об изменении наших сообществ. Для этого существует множество вдохновляющих примеров.</w:t>
        <w:br/>
        <w:br/>
        <w:t>Но тогда я задаю вопрос: как мы создаем долгосрочные изменения в самих себе?</w:t>
        <w:br/>
        <w:br/>
        <w:t>Обычно, когда я задаю этот вопрос ротарианцам, в зале воцаряется тишина. Эта тишина говорит мне о том, что мы недостаточно задумываемся о том, как Rotary преображает нас.</w:t>
        <w:br/>
        <w:br/>
        <w:t>Как Rotary:</w:t>
        <w:br/>
        <w:t>• меняет нашу карьеру;</w:t>
        <w:br/>
        <w:t>• меняет наш бизнес;</w:t>
        <w:br/>
        <w:t>• меняет наши семьи.</w:t>
        <w:br/>
        <w:br/>
        <w:t>Он может стать светом даже в самые темные времена.</w:t>
        <w:br/>
        <w:br/>
        <w:t>Далее следует история Тии Коппус из клуба Cary-Kildaire (Северная Каролина, США), которая после смерти мужа от рака вновь обрела поддержку благодаря своему клубу Rotary. Именно тогда она осознала, что не одинока, что Rotary — это ее сообщество.</w:t>
        <w:br/>
        <w:br/>
        <w:t>После этого она написала:</w:t>
        <w:br/>
        <w:t>«Rotary умеет тихо и с любовью появляться именно тогда, когда это нужно больше всего. Он напоминает, что даже если ты привык отдавать, иногда нормально и принимать помощь».</w:t>
        <w:br/>
        <w:br/>
        <w:t>И добавила:</w:t>
        <w:br/>
        <w:t>«Если вы ищете общение, служение и место, где можно почувствовать принадлежность, Rotary может стать ответом».</w:t>
        <w:br/>
        <w:br/>
        <w:t>Друзья мои, когда Rotary меняет мир, не бойтесь рассказывать о том, как Rotary изменил вас.</w:t>
        <w:br/>
        <w:br/>
        <w:t>Я могу сказать по собственному опыту — Rotary глубоко изменил меня.</w:t>
        <w:br/>
        <w:br/>
        <w:t>Я начал как ротарактор еще подростком. Один из проектов по обучению грамотности помог мне понять важность образования для людей, которые были лишены такой возможности.</w:t>
        <w:br/>
        <w:br/>
        <w:t>Сегодня ЮНИСЕФ оценивает, что около 6 миллионов детей по всему миру могут лишиться доступа к образованию из-за сокращения финансирования. Чтобы противостоять этому кризису, мы должны перейти от культуры пожертвований к культуре служения.</w:t>
        <w:br/>
        <w:br/>
        <w:t>Отличный пример мы видим в Найсне (ЮАР), где клуб Rotary вместе с партнерами создал систему раннего детского образования, которая уже помогает тысячам детей и семей и будет приносить пользу будущим поколениям.</w:t>
        <w:br/>
        <w:br/>
        <w:t>Мы можем воспроизвести такой эффект и в других частях мира, заслуживая доверие и признание наших сообществ.</w:t>
        <w:br/>
        <w:br/>
        <w:t>А когда сообщества доверяют Rotary, больше людей хотят присоединиться к нам. Но сначала мы должны открыть для них двери.</w:t>
        <w:br/>
        <w:br/>
        <w:t>Когда я был молодым ротарактором и хотел вступить в Rotary, я столкнулся с сопротивлением.</w:t>
        <w:br/>
        <w:br/>
        <w:t>Президент клуба посмотрел на меня и спросил:</w:t>
        <w:br/>
        <w:t>«Что ты здесь делаешь?»</w:t>
        <w:br/>
        <w:br/>
        <w:t>Я ответил:</w:t>
        <w:br/>
        <w:t>«Я пришел вступить в Rotary».</w:t>
        <w:br/>
        <w:br/>
        <w:t>Он сказал:</w:t>
        <w:br/>
        <w:t>«Какая дерзость! Ты не можешь просто так вступить. Тебе нужно приглашение».</w:t>
        <w:br/>
        <w:br/>
        <w:t>Я ответил:</w:t>
        <w:br/>
        <w:t>«Я не знал, что ребенку нужно приглашение, чтобы войти в дом своих родителей».</w:t>
        <w:br/>
        <w:br/>
        <w:t>Тогда один ротарианец, Соджи Фоводе, сказал:</w:t>
        <w:br/>
        <w:t>«Йинка, я буду твоим рекомендателем».</w:t>
        <w:br/>
        <w:br/>
        <w:t>Так я стал ротарианцем.</w:t>
        <w:br/>
        <w:br/>
        <w:t>Но что было бы, если бы Соджи промолчал? Возможно, я никогда не стал бы членом Rotary и не стоял бы сегодня перед вами.</w:t>
        <w:br/>
        <w:br/>
        <w:t>Rotary изменился, но некоторые клубы по-прежнему остаются закрытыми вместо того, чтобы встречать мир с распростертыми объятиями.</w:t>
        <w:br/>
        <w:br/>
        <w:t>Молодые люди не всегда чувствуют уважение. Люди с другим опытом и взглядами не всегда чувствуют себя желанными. И когда это происходит, мы теряем потенциальных членов еще до того, как они начинают свой путь.</w:t>
        <w:br/>
        <w:br/>
        <w:t>Совет директоров поставил цель: к 2030 году достичь 1,25 миллиона ротарианцев и 125 000 ротаракторов.</w:t>
        <w:br/>
        <w:br/>
        <w:t>Достижение этой цели начинается с каждого из нас.</w:t>
        <w:br/>
        <w:br/>
        <w:t>Я призываю каждый округ и каждый клуб посмотреть на свои лучшие результаты за последние 5–7 лет и превзойти их.</w:t>
        <w:br/>
        <w:br/>
        <w:t>Если клуб принял 10 новых членов в свой лучший год, пусть стремится к 11.</w:t>
        <w:br/>
        <w:t>Если удалось собрать 50 000 долларов, попробуйте собрать 55 000.</w:t>
        <w:br/>
        <w:br/>
        <w:t>Не чтобы быть лучше других, а чтобы стать лучшей версией самих себя.</w:t>
        <w:br/>
        <w:br/>
        <w:t>Есть поговорка:</w:t>
        <w:br/>
        <w:br/>
        <w:t>Хорошо, лучше, лучшее.</w:t>
        <w:br/>
        <w:t>Никогда не останавливайся,</w:t>
        <w:br/>
        <w:t>Пока хорошее не станет лучше,</w:t>
        <w:br/>
        <w:t>А лучшее не станет превосходным.</w:t>
        <w:br/>
        <w:br/>
        <w:t>Мы должны развивать мышление изменений и влияния.</w:t>
        <w:br/>
        <w:br/>
        <w:t>Важно помнить: изменение и влияние — это не одно и то же.</w:t>
        <w:br/>
        <w:t>Изменение — это только начало.</w:t>
        <w:br/>
        <w:t>Влияние — это то, что остается надолго.</w:t>
        <w:br/>
        <w:br/>
        <w:t>В Нигерии программа Together for Healthy Families помогла значительно снизить младенческую и материнскую смертность благодаря улучшению дородового наблюдения и активному участию местных сообществ.</w:t>
        <w:br/>
        <w:br/>
        <w:t>Именно это я называю долгосрочным влиянием.</w:t>
        <w:br/>
        <w:br/>
        <w:t>Мы разделяем видение лучшего будущего: мира без полиомиелита, мира и качественного образования для всех.</w:t>
        <w:br/>
        <w:br/>
        <w:t>Чтобы воплотить это видение в жизнь, мы должны раскрыть потенциал изменений внутри самих себя и сосредоточиться не только на результатах, но и на влиянии.</w:t>
        <w:br/>
        <w:br/>
        <w:t>Президентское послание Rotary на 2026–2027 год:</w:t>
        <w:br/>
        <w:br/>
        <w:t>СОЗДАВАТЬ ДОЛГОСРОЧНОЕ ВЛИЯНИЕ</w:t>
        <w:br/>
        <w:t>(Create Lasting Impact)</w:t>
        <w:br/>
        <w:br/>
        <w:t>Во всем мире это означает:</w:t>
        <w:br/>
        <w:t>• выполнить обещание по искоренению полиомиелита;</w:t>
        <w:br/>
        <w:t>• использовать весь потенциал Центров мира Rotary;</w:t>
        <w:br/>
        <w:t>• привлекать новых членов;</w:t>
        <w:br/>
        <w:t>• достигнуть целей членства к 2030 году;</w:t>
        <w:br/>
        <w:t>• вдохновлять других на создание долгосрочного влияния.</w:t>
        <w:br/>
        <w:br/>
        <w:t>Прогресс не происходит автоматически. Он начинается с изменений внутри нас.</w:t>
        <w:br/>
        <w:br/>
        <w:t>Дорогие губернаторы округов! Успех сам вас не найдет. Вы должны стремиться к нему.</w:t>
        <w:br/>
        <w:br/>
        <w:t>Когда мы меняем себя, мы меняем наши клубы и округа.</w:t>
        <w:br/>
        <w:t>Когда мы меняем наши округа, мы меняем сообщества.</w:t>
        <w:br/>
        <w:t>Когда мы меняем сообщества, мы создаем долгосрочное влияние по всему миру, в наших сообществах и в нас самих.</w:t>
        <w:br/>
        <w:br/>
        <w:t>Спасибо, дорогие друзья, и добро пожаловать на вашу Международную Ассамблею!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